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64C29" w14:textId="77777777" w:rsidR="00554EF7" w:rsidRPr="00554EF7" w:rsidRDefault="00554EF7" w:rsidP="00554EF7">
      <w:pPr>
        <w:spacing w:after="0"/>
        <w:jc w:val="center"/>
        <w:rPr>
          <w:b/>
          <w:bCs/>
          <w:sz w:val="20"/>
          <w:szCs w:val="20"/>
        </w:rPr>
      </w:pPr>
      <w:r w:rsidRPr="00554EF7">
        <w:rPr>
          <w:b/>
          <w:bCs/>
          <w:sz w:val="20"/>
          <w:szCs w:val="20"/>
        </w:rPr>
        <w:t>Manuscript Submission and Copyright Agreement Form</w:t>
      </w:r>
    </w:p>
    <w:p w14:paraId="3F37027B" w14:textId="77777777" w:rsidR="00554EF7" w:rsidRPr="00554EF7" w:rsidRDefault="00554EF7" w:rsidP="00554EF7">
      <w:pPr>
        <w:spacing w:after="0"/>
        <w:jc w:val="both"/>
        <w:rPr>
          <w:sz w:val="16"/>
          <w:szCs w:val="16"/>
        </w:rPr>
      </w:pPr>
    </w:p>
    <w:p w14:paraId="1DD4246D" w14:textId="5A746AEE" w:rsidR="00B845BF" w:rsidRPr="00554EF7" w:rsidRDefault="00000000" w:rsidP="00554EF7">
      <w:pPr>
        <w:spacing w:after="0"/>
        <w:jc w:val="both"/>
        <w:rPr>
          <w:sz w:val="16"/>
          <w:szCs w:val="16"/>
        </w:rPr>
      </w:pPr>
      <w:r w:rsidRPr="00554EF7">
        <w:rPr>
          <w:sz w:val="16"/>
          <w:szCs w:val="16"/>
        </w:rPr>
        <w:t>Instructions:</w:t>
      </w:r>
      <w:r w:rsidRPr="00554EF7">
        <w:rPr>
          <w:sz w:val="16"/>
          <w:szCs w:val="16"/>
        </w:rPr>
        <w:br/>
        <w:t xml:space="preserve">This form must be completed and signed by all authors before the manuscript can be considered for </w:t>
      </w:r>
      <w:r w:rsidR="00D00A47" w:rsidRPr="00554EF7">
        <w:rPr>
          <w:sz w:val="16"/>
          <w:szCs w:val="16"/>
        </w:rPr>
        <w:t>publication</w:t>
      </w:r>
      <w:r w:rsidRPr="00554EF7">
        <w:rPr>
          <w:sz w:val="16"/>
          <w:szCs w:val="16"/>
        </w:rPr>
        <w:t>. Please submit a scanned copy (PDF or image) of the signed form together with your manuscript. If there are more authors than the space provided, please use an additional sheet.</w:t>
      </w:r>
    </w:p>
    <w:p w14:paraId="6E86381F" w14:textId="77777777" w:rsidR="00B845BF" w:rsidRPr="00554EF7" w:rsidRDefault="00000000" w:rsidP="00554EF7">
      <w:pPr>
        <w:pStyle w:val="Heading1"/>
        <w:jc w:val="both"/>
        <w:rPr>
          <w:sz w:val="16"/>
          <w:szCs w:val="16"/>
        </w:rPr>
      </w:pPr>
      <w:r w:rsidRPr="00554EF7">
        <w:rPr>
          <w:sz w:val="16"/>
          <w:szCs w:val="16"/>
        </w:rPr>
        <w:t>Section 1: Manuscript Details</w:t>
      </w:r>
    </w:p>
    <w:p w14:paraId="541B3FE8" w14:textId="77777777" w:rsidR="00554EF7" w:rsidRPr="00554EF7" w:rsidRDefault="00554EF7" w:rsidP="00554EF7">
      <w:pPr>
        <w:spacing w:after="0"/>
        <w:rPr>
          <w:sz w:val="16"/>
          <w:szCs w:val="16"/>
        </w:rPr>
      </w:pPr>
    </w:p>
    <w:p w14:paraId="2E23E4E4" w14:textId="49219B99" w:rsidR="00B845BF" w:rsidRPr="00554EF7" w:rsidRDefault="00000000" w:rsidP="00554EF7">
      <w:pPr>
        <w:spacing w:after="0" w:line="480" w:lineRule="auto"/>
        <w:jc w:val="both"/>
        <w:rPr>
          <w:sz w:val="16"/>
          <w:szCs w:val="16"/>
        </w:rPr>
      </w:pPr>
      <w:r w:rsidRPr="00554EF7">
        <w:rPr>
          <w:sz w:val="16"/>
          <w:szCs w:val="16"/>
        </w:rPr>
        <w:t>• Manuscript ID (if available): ___________________</w:t>
      </w:r>
      <w:r w:rsidR="00D00A47" w:rsidRPr="00554EF7">
        <w:rPr>
          <w:sz w:val="16"/>
          <w:szCs w:val="16"/>
        </w:rPr>
        <w:t>________</w:t>
      </w:r>
      <w:r w:rsidRPr="00554EF7">
        <w:rPr>
          <w:sz w:val="16"/>
          <w:szCs w:val="16"/>
        </w:rPr>
        <w:t>_____</w:t>
      </w:r>
    </w:p>
    <w:p w14:paraId="3210BA66" w14:textId="77777777" w:rsidR="00B845BF" w:rsidRPr="00554EF7" w:rsidRDefault="00000000" w:rsidP="00554EF7">
      <w:pPr>
        <w:spacing w:after="0" w:line="480" w:lineRule="auto"/>
        <w:jc w:val="both"/>
        <w:rPr>
          <w:sz w:val="16"/>
          <w:szCs w:val="16"/>
        </w:rPr>
      </w:pPr>
      <w:r w:rsidRPr="00554EF7">
        <w:rPr>
          <w:sz w:val="16"/>
          <w:szCs w:val="16"/>
        </w:rPr>
        <w:t>• Title of Manuscript: __________________________________________</w:t>
      </w:r>
    </w:p>
    <w:p w14:paraId="46CB9E0A" w14:textId="77777777" w:rsidR="00B845BF" w:rsidRPr="00554EF7" w:rsidRDefault="00000000" w:rsidP="00554EF7">
      <w:pPr>
        <w:spacing w:after="0" w:line="480" w:lineRule="auto"/>
        <w:jc w:val="both"/>
        <w:rPr>
          <w:sz w:val="16"/>
          <w:szCs w:val="16"/>
        </w:rPr>
      </w:pPr>
      <w:r w:rsidRPr="00554EF7">
        <w:rPr>
          <w:sz w:val="16"/>
          <w:szCs w:val="16"/>
        </w:rPr>
        <w:t>• Author(s) (as listed in the manuscript): __________________________</w:t>
      </w:r>
    </w:p>
    <w:p w14:paraId="0C7ACE50" w14:textId="77777777" w:rsidR="00B845BF" w:rsidRPr="00554EF7" w:rsidRDefault="00000000" w:rsidP="00554EF7">
      <w:pPr>
        <w:spacing w:after="0" w:line="480" w:lineRule="auto"/>
        <w:jc w:val="both"/>
        <w:rPr>
          <w:sz w:val="16"/>
          <w:szCs w:val="16"/>
        </w:rPr>
      </w:pPr>
      <w:r w:rsidRPr="00554EF7">
        <w:rPr>
          <w:sz w:val="16"/>
          <w:szCs w:val="16"/>
        </w:rPr>
        <w:t>• Corresponding Author: _______________________________________</w:t>
      </w:r>
    </w:p>
    <w:p w14:paraId="5E497D05" w14:textId="77777777" w:rsidR="00B845BF" w:rsidRPr="00554EF7" w:rsidRDefault="00000000" w:rsidP="00554EF7">
      <w:pPr>
        <w:spacing w:after="0" w:line="480" w:lineRule="auto"/>
        <w:jc w:val="both"/>
        <w:rPr>
          <w:sz w:val="16"/>
          <w:szCs w:val="16"/>
        </w:rPr>
      </w:pPr>
      <w:r w:rsidRPr="00554EF7">
        <w:rPr>
          <w:sz w:val="16"/>
          <w:szCs w:val="16"/>
        </w:rPr>
        <w:t>• Institutional Address: ________________________________________</w:t>
      </w:r>
    </w:p>
    <w:p w14:paraId="444E1E3B" w14:textId="77777777" w:rsidR="00B845BF" w:rsidRPr="00554EF7" w:rsidRDefault="00000000" w:rsidP="00554EF7">
      <w:pPr>
        <w:spacing w:after="0" w:line="480" w:lineRule="auto"/>
        <w:jc w:val="both"/>
        <w:rPr>
          <w:sz w:val="16"/>
          <w:szCs w:val="16"/>
        </w:rPr>
      </w:pPr>
      <w:r w:rsidRPr="00554EF7">
        <w:rPr>
          <w:sz w:val="16"/>
          <w:szCs w:val="16"/>
        </w:rPr>
        <w:t>• Telephone: ___________________   Mobile: ___________________</w:t>
      </w:r>
    </w:p>
    <w:p w14:paraId="03EA891D" w14:textId="77777777" w:rsidR="00B845BF" w:rsidRPr="00554EF7" w:rsidRDefault="00000000" w:rsidP="00554EF7">
      <w:pPr>
        <w:spacing w:after="0" w:line="480" w:lineRule="auto"/>
        <w:jc w:val="both"/>
        <w:rPr>
          <w:sz w:val="16"/>
          <w:szCs w:val="16"/>
        </w:rPr>
      </w:pPr>
      <w:proofErr w:type="gramStart"/>
      <w:r w:rsidRPr="00554EF7">
        <w:rPr>
          <w:sz w:val="16"/>
          <w:szCs w:val="16"/>
        </w:rPr>
        <w:t>• Email: _</w:t>
      </w:r>
      <w:proofErr w:type="gramEnd"/>
      <w:r w:rsidRPr="00554EF7">
        <w:rPr>
          <w:sz w:val="16"/>
          <w:szCs w:val="16"/>
        </w:rPr>
        <w:t>_______________________   Alternate Email: __________________</w:t>
      </w:r>
    </w:p>
    <w:p w14:paraId="579AE28B" w14:textId="77777777" w:rsidR="00B845BF" w:rsidRPr="00554EF7" w:rsidRDefault="00000000" w:rsidP="00554EF7">
      <w:pPr>
        <w:pStyle w:val="Heading1"/>
        <w:spacing w:line="480" w:lineRule="auto"/>
        <w:jc w:val="both"/>
        <w:rPr>
          <w:sz w:val="16"/>
          <w:szCs w:val="16"/>
        </w:rPr>
      </w:pPr>
      <w:r w:rsidRPr="00554EF7">
        <w:rPr>
          <w:sz w:val="16"/>
          <w:szCs w:val="16"/>
        </w:rPr>
        <w:t>Section 2: Author Declarations</w:t>
      </w:r>
    </w:p>
    <w:p w14:paraId="6BF1D37F" w14:textId="52CC0691" w:rsidR="00B845BF" w:rsidRPr="00554EF7" w:rsidRDefault="00000000" w:rsidP="00554EF7">
      <w:pPr>
        <w:spacing w:after="0"/>
        <w:jc w:val="both"/>
        <w:rPr>
          <w:sz w:val="16"/>
          <w:szCs w:val="16"/>
        </w:rPr>
      </w:pPr>
      <w:r w:rsidRPr="00554EF7">
        <w:rPr>
          <w:b/>
          <w:sz w:val="16"/>
          <w:szCs w:val="16"/>
        </w:rPr>
        <w:t xml:space="preserve">Approval of Submission: </w:t>
      </w:r>
      <w:r w:rsidRPr="00554EF7">
        <w:rPr>
          <w:sz w:val="16"/>
          <w:szCs w:val="16"/>
        </w:rPr>
        <w:t xml:space="preserve">I have read the final version of the manuscript and approve its </w:t>
      </w:r>
      <w:r w:rsidR="00D00A47" w:rsidRPr="00554EF7">
        <w:rPr>
          <w:sz w:val="16"/>
          <w:szCs w:val="16"/>
        </w:rPr>
        <w:t>publication</w:t>
      </w:r>
      <w:r w:rsidRPr="00554EF7">
        <w:rPr>
          <w:sz w:val="16"/>
          <w:szCs w:val="16"/>
        </w:rPr>
        <w:t>. Except for material properly cited and acknowledged, this work has not been previously published and is not under consideration elsewhere.</w:t>
      </w:r>
    </w:p>
    <w:p w14:paraId="374BA9A5" w14:textId="77777777" w:rsidR="00B845BF" w:rsidRPr="00554EF7" w:rsidRDefault="00000000" w:rsidP="00554EF7">
      <w:pPr>
        <w:spacing w:after="0"/>
        <w:jc w:val="both"/>
        <w:rPr>
          <w:sz w:val="16"/>
          <w:szCs w:val="16"/>
        </w:rPr>
      </w:pPr>
      <w:r w:rsidRPr="00554EF7">
        <w:rPr>
          <w:b/>
          <w:sz w:val="16"/>
          <w:szCs w:val="16"/>
        </w:rPr>
        <w:t xml:space="preserve">Validity of Research: </w:t>
      </w:r>
      <w:r w:rsidRPr="00554EF7">
        <w:rPr>
          <w:sz w:val="16"/>
          <w:szCs w:val="16"/>
        </w:rPr>
        <w:t>The submitted work is original and represents valid research. No substantially similar manuscript has been submitted or published under my/our authorship, except as clearly disclosed in the cover letter.</w:t>
      </w:r>
    </w:p>
    <w:p w14:paraId="6CB7F82E" w14:textId="77777777" w:rsidR="00B845BF" w:rsidRPr="00554EF7" w:rsidRDefault="00000000" w:rsidP="00554EF7">
      <w:pPr>
        <w:spacing w:after="0"/>
        <w:jc w:val="both"/>
        <w:rPr>
          <w:sz w:val="16"/>
          <w:szCs w:val="16"/>
        </w:rPr>
      </w:pPr>
      <w:r w:rsidRPr="00554EF7">
        <w:rPr>
          <w:b/>
          <w:sz w:val="16"/>
          <w:szCs w:val="16"/>
        </w:rPr>
        <w:t xml:space="preserve">Authorship Responsibility: </w:t>
      </w:r>
      <w:r w:rsidRPr="00554EF7">
        <w:rPr>
          <w:sz w:val="16"/>
          <w:szCs w:val="16"/>
        </w:rPr>
        <w:t>I have contributed significantly to this work through conception, design, data collection/analysis, or drafting and critical revision of the manuscript. I agree to take responsibility for the accuracy and integrity of the content.</w:t>
      </w:r>
    </w:p>
    <w:p w14:paraId="68B8E35C" w14:textId="77777777" w:rsidR="00B845BF" w:rsidRPr="00554EF7" w:rsidRDefault="00000000" w:rsidP="00554EF7">
      <w:pPr>
        <w:spacing w:after="0"/>
        <w:jc w:val="both"/>
        <w:rPr>
          <w:sz w:val="16"/>
          <w:szCs w:val="16"/>
        </w:rPr>
      </w:pPr>
      <w:r w:rsidRPr="00554EF7">
        <w:rPr>
          <w:b/>
          <w:sz w:val="16"/>
          <w:szCs w:val="16"/>
        </w:rPr>
        <w:t xml:space="preserve">Conflict of Interest &amp; Funding Disclosure: </w:t>
      </w:r>
      <w:r w:rsidRPr="00554EF7">
        <w:rPr>
          <w:sz w:val="16"/>
          <w:szCs w:val="16"/>
        </w:rPr>
        <w:t>All financial or personal relationships, grants, employment, consultancies, stock ownership, honoraria, or other potential conflicts relevant to this work have been disclosed in the manuscript. If there are none, this is explicitly stated.</w:t>
      </w:r>
    </w:p>
    <w:p w14:paraId="17F73AEF" w14:textId="76E3C3EC" w:rsidR="00B845BF" w:rsidRPr="00554EF7" w:rsidRDefault="00000000" w:rsidP="00554EF7">
      <w:pPr>
        <w:spacing w:after="0"/>
        <w:jc w:val="both"/>
        <w:rPr>
          <w:sz w:val="16"/>
          <w:szCs w:val="16"/>
        </w:rPr>
      </w:pPr>
      <w:r w:rsidRPr="00554EF7">
        <w:rPr>
          <w:b/>
          <w:sz w:val="16"/>
          <w:szCs w:val="16"/>
        </w:rPr>
        <w:t xml:space="preserve">Copyright Transfer: </w:t>
      </w:r>
      <w:r w:rsidRPr="00554EF7">
        <w:rPr>
          <w:sz w:val="16"/>
          <w:szCs w:val="16"/>
        </w:rPr>
        <w:t xml:space="preserve">Upon acceptance for publication, I hereby transfer and assign to </w:t>
      </w:r>
      <w:r w:rsidR="00D00A47" w:rsidRPr="00554EF7">
        <w:rPr>
          <w:sz w:val="16"/>
          <w:szCs w:val="16"/>
        </w:rPr>
        <w:t>AJPHS</w:t>
      </w:r>
      <w:r w:rsidRPr="00554EF7">
        <w:rPr>
          <w:sz w:val="16"/>
          <w:szCs w:val="16"/>
        </w:rPr>
        <w:t xml:space="preserve"> the copyright of this work, including rights of reproduction, distribution, translation, and electronic dissemination. The publisher retains the right to reproduce, distribute, and authorize reuse of the work in whole or in part.</w:t>
      </w:r>
    </w:p>
    <w:p w14:paraId="029C95A1" w14:textId="31F64545" w:rsidR="00B845BF" w:rsidRPr="00554EF7" w:rsidRDefault="00000000" w:rsidP="00554EF7">
      <w:pPr>
        <w:spacing w:after="0"/>
        <w:jc w:val="both"/>
        <w:rPr>
          <w:sz w:val="16"/>
          <w:szCs w:val="16"/>
        </w:rPr>
      </w:pPr>
      <w:r w:rsidRPr="00554EF7">
        <w:rPr>
          <w:b/>
          <w:sz w:val="16"/>
          <w:szCs w:val="16"/>
        </w:rPr>
        <w:t xml:space="preserve">Ethical Standards: </w:t>
      </w:r>
      <w:r w:rsidRPr="00554EF7">
        <w:rPr>
          <w:sz w:val="16"/>
          <w:szCs w:val="16"/>
        </w:rPr>
        <w:t xml:space="preserve">I confirm that this manuscript complies with </w:t>
      </w:r>
      <w:r w:rsidR="00872649">
        <w:rPr>
          <w:sz w:val="16"/>
          <w:szCs w:val="16"/>
        </w:rPr>
        <w:t xml:space="preserve">the </w:t>
      </w:r>
      <w:r w:rsidRPr="00554EF7">
        <w:rPr>
          <w:sz w:val="16"/>
          <w:szCs w:val="16"/>
        </w:rPr>
        <w:t>ethical standards of research and publication. In cases of misconduct (plagiarism, data fabrication, duplication, or violation of ethical policies), I accept that the journal reserves the right to take appropriate action in accordance with COPE guidelines (</w:t>
      </w:r>
      <w:hyperlink r:id="rId8" w:history="1">
        <w:r w:rsidR="002C4FE7" w:rsidRPr="00554EF7">
          <w:rPr>
            <w:rStyle w:val="Hyperlink"/>
            <w:sz w:val="16"/>
            <w:szCs w:val="16"/>
          </w:rPr>
          <w:t>www.publicationethics.org</w:t>
        </w:r>
      </w:hyperlink>
      <w:r w:rsidRPr="00554EF7">
        <w:rPr>
          <w:sz w:val="16"/>
          <w:szCs w:val="16"/>
        </w:rPr>
        <w:t>).</w:t>
      </w:r>
    </w:p>
    <w:p w14:paraId="460B0A1B" w14:textId="77777777" w:rsidR="00872649" w:rsidRDefault="002C4FE7" w:rsidP="00872649">
      <w:pPr>
        <w:spacing w:after="0"/>
        <w:jc w:val="both"/>
        <w:rPr>
          <w:sz w:val="16"/>
          <w:szCs w:val="16"/>
        </w:rPr>
      </w:pPr>
      <w:r w:rsidRPr="00554EF7">
        <w:rPr>
          <w:b/>
          <w:sz w:val="16"/>
          <w:szCs w:val="16"/>
        </w:rPr>
        <w:t xml:space="preserve">Use of AI: </w:t>
      </w:r>
      <w:r w:rsidR="00554EF7" w:rsidRPr="0062501E">
        <w:rPr>
          <w:bCs/>
          <w:sz w:val="16"/>
          <w:szCs w:val="16"/>
        </w:rPr>
        <w:t>I</w:t>
      </w:r>
      <w:r w:rsidR="00554EF7" w:rsidRPr="00554EF7">
        <w:rPr>
          <w:b/>
          <w:sz w:val="16"/>
          <w:szCs w:val="16"/>
        </w:rPr>
        <w:t xml:space="preserve"> </w:t>
      </w:r>
      <w:r w:rsidR="00554EF7" w:rsidRPr="00554EF7">
        <w:rPr>
          <w:sz w:val="16"/>
          <w:szCs w:val="16"/>
        </w:rPr>
        <w:t>confirm that no generative artificial intelligence (AI) tools were used in the conception, design, data collection, analysis, interpretation, or writing of this manuscript. If AI tools were used in any limited capacity for language editing, their use has been transparently disclosed in the manuscript’s “Acknowledgment” or “Methods” section, in line with journal policies.</w:t>
      </w:r>
    </w:p>
    <w:p w14:paraId="0F8163E4" w14:textId="77777777" w:rsidR="00872649" w:rsidRDefault="00872649" w:rsidP="00872649">
      <w:pPr>
        <w:spacing w:after="0"/>
        <w:jc w:val="both"/>
        <w:rPr>
          <w:sz w:val="16"/>
          <w:szCs w:val="16"/>
        </w:rPr>
      </w:pPr>
    </w:p>
    <w:p w14:paraId="4C24FACF" w14:textId="569C85CD" w:rsidR="00B845BF" w:rsidRPr="00554EF7" w:rsidRDefault="00000000" w:rsidP="00872649">
      <w:pPr>
        <w:spacing w:after="0"/>
        <w:jc w:val="both"/>
        <w:rPr>
          <w:sz w:val="16"/>
          <w:szCs w:val="16"/>
        </w:rPr>
      </w:pPr>
      <w:r w:rsidRPr="00554EF7">
        <w:rPr>
          <w:sz w:val="16"/>
          <w:szCs w:val="16"/>
        </w:rPr>
        <w:t>Section 3: Author Signatures</w:t>
      </w:r>
      <w:r w:rsidR="00AA12DF">
        <w:rPr>
          <w:sz w:val="16"/>
          <w:szCs w:val="16"/>
        </w:rPr>
        <w:t xml:space="preserve"> (Increase the row if more authors present)</w:t>
      </w:r>
    </w:p>
    <w:tbl>
      <w:tblPr>
        <w:tblStyle w:val="TableGrid"/>
        <w:tblW w:w="0" w:type="auto"/>
        <w:tblLook w:val="04A0" w:firstRow="1" w:lastRow="0" w:firstColumn="1" w:lastColumn="0" w:noHBand="0" w:noVBand="1"/>
      </w:tblPr>
      <w:tblGrid>
        <w:gridCol w:w="2880"/>
        <w:gridCol w:w="2880"/>
        <w:gridCol w:w="2880"/>
      </w:tblGrid>
      <w:tr w:rsidR="00B845BF" w:rsidRPr="00554EF7" w14:paraId="2EE24891" w14:textId="77777777" w:rsidTr="002C4FE7">
        <w:tc>
          <w:tcPr>
            <w:tcW w:w="2880" w:type="dxa"/>
          </w:tcPr>
          <w:p w14:paraId="41B6AF51" w14:textId="77777777" w:rsidR="00B845BF" w:rsidRPr="00554EF7" w:rsidRDefault="00000000" w:rsidP="00554EF7">
            <w:pPr>
              <w:jc w:val="both"/>
              <w:rPr>
                <w:sz w:val="16"/>
                <w:szCs w:val="16"/>
              </w:rPr>
            </w:pPr>
            <w:r w:rsidRPr="00554EF7">
              <w:rPr>
                <w:sz w:val="16"/>
                <w:szCs w:val="16"/>
              </w:rPr>
              <w:t>Author Name (Print)</w:t>
            </w:r>
          </w:p>
        </w:tc>
        <w:tc>
          <w:tcPr>
            <w:tcW w:w="2880" w:type="dxa"/>
          </w:tcPr>
          <w:p w14:paraId="18709849" w14:textId="77777777" w:rsidR="00B845BF" w:rsidRPr="00554EF7" w:rsidRDefault="00000000" w:rsidP="00554EF7">
            <w:pPr>
              <w:jc w:val="both"/>
              <w:rPr>
                <w:sz w:val="16"/>
                <w:szCs w:val="16"/>
              </w:rPr>
            </w:pPr>
            <w:r w:rsidRPr="00554EF7">
              <w:rPr>
                <w:sz w:val="16"/>
                <w:szCs w:val="16"/>
              </w:rPr>
              <w:t>Signature</w:t>
            </w:r>
          </w:p>
        </w:tc>
        <w:tc>
          <w:tcPr>
            <w:tcW w:w="2880" w:type="dxa"/>
          </w:tcPr>
          <w:p w14:paraId="328EE48A" w14:textId="77777777" w:rsidR="00B845BF" w:rsidRPr="00554EF7" w:rsidRDefault="00000000" w:rsidP="00554EF7">
            <w:pPr>
              <w:jc w:val="both"/>
              <w:rPr>
                <w:sz w:val="16"/>
                <w:szCs w:val="16"/>
              </w:rPr>
            </w:pPr>
            <w:r w:rsidRPr="00554EF7">
              <w:rPr>
                <w:sz w:val="16"/>
                <w:szCs w:val="16"/>
              </w:rPr>
              <w:t>Date</w:t>
            </w:r>
          </w:p>
        </w:tc>
      </w:tr>
      <w:tr w:rsidR="00B845BF" w:rsidRPr="00554EF7" w14:paraId="1908AF6A" w14:textId="77777777" w:rsidTr="002C4FE7">
        <w:tc>
          <w:tcPr>
            <w:tcW w:w="2880" w:type="dxa"/>
          </w:tcPr>
          <w:p w14:paraId="3A06B2A0" w14:textId="77777777" w:rsidR="00B845BF" w:rsidRPr="00554EF7" w:rsidRDefault="00B845BF" w:rsidP="00554EF7">
            <w:pPr>
              <w:jc w:val="both"/>
              <w:rPr>
                <w:sz w:val="16"/>
                <w:szCs w:val="16"/>
              </w:rPr>
            </w:pPr>
          </w:p>
        </w:tc>
        <w:tc>
          <w:tcPr>
            <w:tcW w:w="2880" w:type="dxa"/>
          </w:tcPr>
          <w:p w14:paraId="2DFF76B3" w14:textId="77777777" w:rsidR="00B845BF" w:rsidRPr="00554EF7" w:rsidRDefault="00B845BF" w:rsidP="00554EF7">
            <w:pPr>
              <w:jc w:val="both"/>
              <w:rPr>
                <w:sz w:val="16"/>
                <w:szCs w:val="16"/>
              </w:rPr>
            </w:pPr>
          </w:p>
        </w:tc>
        <w:tc>
          <w:tcPr>
            <w:tcW w:w="2880" w:type="dxa"/>
          </w:tcPr>
          <w:p w14:paraId="3C796AF3" w14:textId="77777777" w:rsidR="00B845BF" w:rsidRPr="00554EF7" w:rsidRDefault="00B845BF" w:rsidP="00554EF7">
            <w:pPr>
              <w:jc w:val="both"/>
              <w:rPr>
                <w:sz w:val="16"/>
                <w:szCs w:val="16"/>
              </w:rPr>
            </w:pPr>
          </w:p>
        </w:tc>
      </w:tr>
      <w:tr w:rsidR="00B845BF" w:rsidRPr="00554EF7" w14:paraId="629AF620" w14:textId="77777777" w:rsidTr="002C4FE7">
        <w:tc>
          <w:tcPr>
            <w:tcW w:w="2880" w:type="dxa"/>
          </w:tcPr>
          <w:p w14:paraId="7D3E45C1" w14:textId="77777777" w:rsidR="00B845BF" w:rsidRPr="00554EF7" w:rsidRDefault="00B845BF" w:rsidP="00554EF7">
            <w:pPr>
              <w:jc w:val="both"/>
              <w:rPr>
                <w:sz w:val="16"/>
                <w:szCs w:val="16"/>
              </w:rPr>
            </w:pPr>
          </w:p>
        </w:tc>
        <w:tc>
          <w:tcPr>
            <w:tcW w:w="2880" w:type="dxa"/>
          </w:tcPr>
          <w:p w14:paraId="5906EB8E" w14:textId="77777777" w:rsidR="00B845BF" w:rsidRPr="00554EF7" w:rsidRDefault="00B845BF" w:rsidP="00554EF7">
            <w:pPr>
              <w:jc w:val="both"/>
              <w:rPr>
                <w:sz w:val="16"/>
                <w:szCs w:val="16"/>
              </w:rPr>
            </w:pPr>
          </w:p>
        </w:tc>
        <w:tc>
          <w:tcPr>
            <w:tcW w:w="2880" w:type="dxa"/>
          </w:tcPr>
          <w:p w14:paraId="79879CE5" w14:textId="77777777" w:rsidR="00B845BF" w:rsidRPr="00554EF7" w:rsidRDefault="00B845BF" w:rsidP="00554EF7">
            <w:pPr>
              <w:jc w:val="both"/>
              <w:rPr>
                <w:sz w:val="16"/>
                <w:szCs w:val="16"/>
              </w:rPr>
            </w:pPr>
          </w:p>
        </w:tc>
      </w:tr>
      <w:tr w:rsidR="00B845BF" w:rsidRPr="00554EF7" w14:paraId="579D9695" w14:textId="77777777" w:rsidTr="002C4FE7">
        <w:tc>
          <w:tcPr>
            <w:tcW w:w="2880" w:type="dxa"/>
          </w:tcPr>
          <w:p w14:paraId="6DE10A0E" w14:textId="77777777" w:rsidR="00B845BF" w:rsidRPr="00554EF7" w:rsidRDefault="00B845BF" w:rsidP="00554EF7">
            <w:pPr>
              <w:jc w:val="both"/>
              <w:rPr>
                <w:sz w:val="16"/>
                <w:szCs w:val="16"/>
              </w:rPr>
            </w:pPr>
          </w:p>
        </w:tc>
        <w:tc>
          <w:tcPr>
            <w:tcW w:w="2880" w:type="dxa"/>
          </w:tcPr>
          <w:p w14:paraId="6D4BB285" w14:textId="77777777" w:rsidR="00B845BF" w:rsidRPr="00554EF7" w:rsidRDefault="00B845BF" w:rsidP="00554EF7">
            <w:pPr>
              <w:jc w:val="both"/>
              <w:rPr>
                <w:sz w:val="16"/>
                <w:szCs w:val="16"/>
              </w:rPr>
            </w:pPr>
          </w:p>
        </w:tc>
        <w:tc>
          <w:tcPr>
            <w:tcW w:w="2880" w:type="dxa"/>
          </w:tcPr>
          <w:p w14:paraId="0C0C86D7" w14:textId="77777777" w:rsidR="00B845BF" w:rsidRPr="00554EF7" w:rsidRDefault="00B845BF" w:rsidP="00554EF7">
            <w:pPr>
              <w:jc w:val="both"/>
              <w:rPr>
                <w:sz w:val="16"/>
                <w:szCs w:val="16"/>
              </w:rPr>
            </w:pPr>
          </w:p>
        </w:tc>
      </w:tr>
      <w:tr w:rsidR="00B845BF" w:rsidRPr="00554EF7" w14:paraId="7CC7FD94" w14:textId="77777777" w:rsidTr="002C4FE7">
        <w:tc>
          <w:tcPr>
            <w:tcW w:w="2880" w:type="dxa"/>
          </w:tcPr>
          <w:p w14:paraId="53A6BFF9" w14:textId="77777777" w:rsidR="00B845BF" w:rsidRPr="00554EF7" w:rsidRDefault="00B845BF" w:rsidP="00554EF7">
            <w:pPr>
              <w:jc w:val="both"/>
              <w:rPr>
                <w:sz w:val="16"/>
                <w:szCs w:val="16"/>
              </w:rPr>
            </w:pPr>
          </w:p>
        </w:tc>
        <w:tc>
          <w:tcPr>
            <w:tcW w:w="2880" w:type="dxa"/>
          </w:tcPr>
          <w:p w14:paraId="3F1F983C" w14:textId="77777777" w:rsidR="00B845BF" w:rsidRPr="00554EF7" w:rsidRDefault="00B845BF" w:rsidP="00554EF7">
            <w:pPr>
              <w:jc w:val="both"/>
              <w:rPr>
                <w:sz w:val="16"/>
                <w:szCs w:val="16"/>
              </w:rPr>
            </w:pPr>
          </w:p>
        </w:tc>
        <w:tc>
          <w:tcPr>
            <w:tcW w:w="2880" w:type="dxa"/>
          </w:tcPr>
          <w:p w14:paraId="3A201B66" w14:textId="77777777" w:rsidR="00B845BF" w:rsidRPr="00554EF7" w:rsidRDefault="00B845BF" w:rsidP="00554EF7">
            <w:pPr>
              <w:jc w:val="both"/>
              <w:rPr>
                <w:sz w:val="16"/>
                <w:szCs w:val="16"/>
              </w:rPr>
            </w:pPr>
          </w:p>
        </w:tc>
      </w:tr>
      <w:tr w:rsidR="00AA12DF" w:rsidRPr="00554EF7" w14:paraId="5BF688BE" w14:textId="77777777" w:rsidTr="002C4FE7">
        <w:tc>
          <w:tcPr>
            <w:tcW w:w="2880" w:type="dxa"/>
          </w:tcPr>
          <w:p w14:paraId="699A0B49" w14:textId="77777777" w:rsidR="00AA12DF" w:rsidRPr="00554EF7" w:rsidRDefault="00AA12DF" w:rsidP="00554EF7">
            <w:pPr>
              <w:jc w:val="both"/>
              <w:rPr>
                <w:sz w:val="16"/>
                <w:szCs w:val="16"/>
              </w:rPr>
            </w:pPr>
          </w:p>
        </w:tc>
        <w:tc>
          <w:tcPr>
            <w:tcW w:w="2880" w:type="dxa"/>
          </w:tcPr>
          <w:p w14:paraId="55AFDABE" w14:textId="77777777" w:rsidR="00AA12DF" w:rsidRPr="00554EF7" w:rsidRDefault="00AA12DF" w:rsidP="00554EF7">
            <w:pPr>
              <w:jc w:val="both"/>
              <w:rPr>
                <w:sz w:val="16"/>
                <w:szCs w:val="16"/>
              </w:rPr>
            </w:pPr>
          </w:p>
        </w:tc>
        <w:tc>
          <w:tcPr>
            <w:tcW w:w="2880" w:type="dxa"/>
          </w:tcPr>
          <w:p w14:paraId="56678217" w14:textId="77777777" w:rsidR="00AA12DF" w:rsidRPr="00554EF7" w:rsidRDefault="00AA12DF" w:rsidP="00554EF7">
            <w:pPr>
              <w:jc w:val="both"/>
              <w:rPr>
                <w:sz w:val="16"/>
                <w:szCs w:val="16"/>
              </w:rPr>
            </w:pPr>
          </w:p>
        </w:tc>
      </w:tr>
    </w:tbl>
    <w:p w14:paraId="122B11C5" w14:textId="17B89BD4" w:rsidR="00B845BF" w:rsidRPr="00554EF7" w:rsidRDefault="00000000" w:rsidP="00554EF7">
      <w:pPr>
        <w:spacing w:after="0"/>
        <w:jc w:val="center"/>
        <w:rPr>
          <w:sz w:val="16"/>
          <w:szCs w:val="16"/>
        </w:rPr>
      </w:pPr>
      <w:r w:rsidRPr="00554EF7">
        <w:rPr>
          <w:sz w:val="16"/>
          <w:szCs w:val="16"/>
        </w:rPr>
        <w:br/>
      </w:r>
      <w:r w:rsidR="00554EF7" w:rsidRPr="00554EF7">
        <w:rPr>
          <w:sz w:val="16"/>
          <w:szCs w:val="16"/>
        </w:rPr>
        <w:t>___________________________End of the form__________________________</w:t>
      </w:r>
    </w:p>
    <w:sectPr w:rsidR="00B845BF" w:rsidRPr="00554EF7" w:rsidSect="00872649">
      <w:headerReference w:type="default" r:id="rId9"/>
      <w:pgSz w:w="12240" w:h="15840"/>
      <w:pgMar w:top="1440" w:right="720" w:bottom="1440" w:left="8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37762" w14:textId="77777777" w:rsidR="008D751B" w:rsidRDefault="008D751B" w:rsidP="00554EF7">
      <w:pPr>
        <w:spacing w:after="0" w:line="240" w:lineRule="auto"/>
      </w:pPr>
      <w:r>
        <w:separator/>
      </w:r>
    </w:p>
  </w:endnote>
  <w:endnote w:type="continuationSeparator" w:id="0">
    <w:p w14:paraId="735912D6" w14:textId="77777777" w:rsidR="008D751B" w:rsidRDefault="008D751B" w:rsidP="00554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80F7B" w14:textId="77777777" w:rsidR="008D751B" w:rsidRDefault="008D751B" w:rsidP="00554EF7">
      <w:pPr>
        <w:spacing w:after="0" w:line="240" w:lineRule="auto"/>
      </w:pPr>
      <w:r>
        <w:separator/>
      </w:r>
    </w:p>
  </w:footnote>
  <w:footnote w:type="continuationSeparator" w:id="0">
    <w:p w14:paraId="571A1D0A" w14:textId="77777777" w:rsidR="008D751B" w:rsidRDefault="008D751B" w:rsidP="00554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D9777" w14:textId="77777777" w:rsidR="00554EF7" w:rsidRPr="00D00A47" w:rsidRDefault="00554EF7" w:rsidP="00C02509">
    <w:pPr>
      <w:pStyle w:val="Title"/>
      <w:jc w:val="center"/>
      <w:rPr>
        <w:b/>
        <w:bCs/>
        <w:sz w:val="32"/>
        <w:szCs w:val="32"/>
      </w:rPr>
    </w:pPr>
    <w:r w:rsidRPr="00D00A47">
      <w:rPr>
        <w:b/>
        <w:bCs/>
        <w:sz w:val="32"/>
        <w:szCs w:val="32"/>
      </w:rPr>
      <w:t>Asian Journal of Pharmaceutical and Health Sciences (AJPHS)</w:t>
    </w:r>
  </w:p>
  <w:p w14:paraId="09B86A87" w14:textId="77777777" w:rsidR="00554EF7" w:rsidRPr="00D00A47" w:rsidRDefault="00554EF7" w:rsidP="00C02509">
    <w:pPr>
      <w:pStyle w:val="Title"/>
      <w:jc w:val="center"/>
      <w:rPr>
        <w:sz w:val="32"/>
        <w:szCs w:val="32"/>
      </w:rPr>
    </w:pPr>
    <w:r>
      <w:rPr>
        <w:sz w:val="32"/>
        <w:szCs w:val="32"/>
      </w:rPr>
      <w:t>(</w:t>
    </w:r>
    <w:r w:rsidRPr="00D00A47">
      <w:rPr>
        <w:sz w:val="32"/>
        <w:szCs w:val="32"/>
      </w:rPr>
      <w:t>ISSN 2231–234X)</w:t>
    </w:r>
  </w:p>
  <w:p w14:paraId="40985527" w14:textId="77777777" w:rsidR="00554EF7" w:rsidRDefault="00554E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50345648">
    <w:abstractNumId w:val="8"/>
  </w:num>
  <w:num w:numId="2" w16cid:durableId="745765058">
    <w:abstractNumId w:val="6"/>
  </w:num>
  <w:num w:numId="3" w16cid:durableId="1662077197">
    <w:abstractNumId w:val="5"/>
  </w:num>
  <w:num w:numId="4" w16cid:durableId="147871584">
    <w:abstractNumId w:val="4"/>
  </w:num>
  <w:num w:numId="5" w16cid:durableId="617373915">
    <w:abstractNumId w:val="7"/>
  </w:num>
  <w:num w:numId="6" w16cid:durableId="1415977125">
    <w:abstractNumId w:val="3"/>
  </w:num>
  <w:num w:numId="7" w16cid:durableId="1595629262">
    <w:abstractNumId w:val="2"/>
  </w:num>
  <w:num w:numId="8" w16cid:durableId="1417364805">
    <w:abstractNumId w:val="1"/>
  </w:num>
  <w:num w:numId="9" w16cid:durableId="1762532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K1NDQ1tjA3MzA1tjRQ0lEKTi0uzszPAykwrAUAwWvM8iwAAAA="/>
  </w:docVars>
  <w:rsids>
    <w:rsidRoot w:val="00B47730"/>
    <w:rsid w:val="00034616"/>
    <w:rsid w:val="0006063C"/>
    <w:rsid w:val="00114D1D"/>
    <w:rsid w:val="0015074B"/>
    <w:rsid w:val="0029639D"/>
    <w:rsid w:val="002C4FE7"/>
    <w:rsid w:val="00313D9E"/>
    <w:rsid w:val="00326F90"/>
    <w:rsid w:val="00554EF7"/>
    <w:rsid w:val="005A19F8"/>
    <w:rsid w:val="0062501E"/>
    <w:rsid w:val="0074761F"/>
    <w:rsid w:val="00872649"/>
    <w:rsid w:val="008D751B"/>
    <w:rsid w:val="00A10E0E"/>
    <w:rsid w:val="00AA12DF"/>
    <w:rsid w:val="00AA1D8D"/>
    <w:rsid w:val="00AC2BDF"/>
    <w:rsid w:val="00B47730"/>
    <w:rsid w:val="00B845BF"/>
    <w:rsid w:val="00C02509"/>
    <w:rsid w:val="00CB0664"/>
    <w:rsid w:val="00D00A47"/>
    <w:rsid w:val="00F35321"/>
    <w:rsid w:val="00F5432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5C37E72"/>
  <w14:defaultImageDpi w14:val="300"/>
  <w15:docId w15:val="{494F5401-B305-4983-9BEA-BF98F6D11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C4FE7"/>
    <w:rPr>
      <w:color w:val="0000FF" w:themeColor="hyperlink"/>
      <w:u w:val="single"/>
    </w:rPr>
  </w:style>
  <w:style w:type="character" w:styleId="UnresolvedMention">
    <w:name w:val="Unresolved Mention"/>
    <w:basedOn w:val="DefaultParagraphFont"/>
    <w:uiPriority w:val="99"/>
    <w:semiHidden/>
    <w:unhideWhenUsed/>
    <w:rsid w:val="002C4F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ublicationethics.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463</Words>
  <Characters>2734</Characters>
  <Application>Microsoft Office Word</Application>
  <DocSecurity>0</DocSecurity>
  <Lines>82</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 A</cp:lastModifiedBy>
  <cp:revision>6</cp:revision>
  <dcterms:created xsi:type="dcterms:W3CDTF">2025-08-16T15:30:00Z</dcterms:created>
  <dcterms:modified xsi:type="dcterms:W3CDTF">2025-09-17T14:06:00Z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85734eca-57c2-4223-b983-ac869d964998</vt:lpwstr>
  </property>
</Properties>
</file>